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5552" w14:textId="35CC6755" w:rsidR="00BB5873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 w:rsidRPr="005813F4">
        <w:rPr>
          <w:rFonts w:ascii="Times New Roman" w:hAnsi="Times New Roman" w:cs="Times New Roman"/>
          <w:sz w:val="32"/>
          <w:szCs w:val="32"/>
          <w:lang w:val="pl-PL"/>
        </w:rPr>
        <w:drawing>
          <wp:anchor distT="0" distB="0" distL="114300" distR="114300" simplePos="0" relativeHeight="251658240" behindDoc="0" locked="0" layoutInCell="1" allowOverlap="1" wp14:anchorId="3A147291" wp14:editId="0BC9F6DB">
            <wp:simplePos x="0" y="0"/>
            <wp:positionH relativeFrom="page">
              <wp:align>center</wp:align>
            </wp:positionH>
            <wp:positionV relativeFrom="paragraph">
              <wp:posOffset>269240</wp:posOffset>
            </wp:positionV>
            <wp:extent cx="8702040" cy="5088255"/>
            <wp:effectExtent l="0" t="0" r="3810" b="0"/>
            <wp:wrapSquare wrapText="bothSides"/>
            <wp:docPr id="615893179" name="Obraz 1" descr="Obraz zawierający tekst, numer, zrzut ekranu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93179" name="Obraz 1" descr="Obraz zawierający tekst, numer, zrzut ekranu, Równolegle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0204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73" w:rsidRPr="00BB5873">
        <w:rPr>
          <w:rFonts w:ascii="Times New Roman" w:hAnsi="Times New Roman" w:cs="Times New Roman"/>
          <w:sz w:val="32"/>
          <w:szCs w:val="32"/>
          <w:lang w:val="pl-PL"/>
        </w:rPr>
        <w:t xml:space="preserve">Harmonogram zajęć w projekcie „Szkoła nowych możliwości” w miesiącu </w:t>
      </w:r>
      <w:r>
        <w:rPr>
          <w:rFonts w:ascii="Times New Roman" w:hAnsi="Times New Roman" w:cs="Times New Roman"/>
          <w:sz w:val="32"/>
          <w:szCs w:val="32"/>
          <w:lang w:val="pl-PL"/>
        </w:rPr>
        <w:t>listopadzie</w:t>
      </w:r>
    </w:p>
    <w:p w14:paraId="79213078" w14:textId="0BF0F3FA" w:rsidR="00497104" w:rsidRDefault="0049710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58765900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136F571E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5B391B62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7AFFB8C7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77579FE3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7AC55FA8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1D7DD969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28BA599D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4F1F4A7C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11A63912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06E50F03" w14:textId="77777777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</w:p>
    <w:p w14:paraId="22B9CBF8" w14:textId="6E4C79AF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 w:rsidRPr="005813F4">
        <w:rPr>
          <w:rFonts w:ascii="Times New Roman" w:hAnsi="Times New Roman" w:cs="Times New Roman"/>
          <w:sz w:val="32"/>
          <w:szCs w:val="32"/>
          <w:lang w:val="pl-PL"/>
        </w:rPr>
        <w:lastRenderedPageBreak/>
        <w:drawing>
          <wp:anchor distT="0" distB="0" distL="114300" distR="114300" simplePos="0" relativeHeight="251659264" behindDoc="0" locked="0" layoutInCell="1" allowOverlap="1" wp14:anchorId="6A3FFA81" wp14:editId="735BCEC4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8963660" cy="5193665"/>
            <wp:effectExtent l="0" t="0" r="8890" b="6985"/>
            <wp:wrapSquare wrapText="bothSides"/>
            <wp:docPr id="1943586588" name="Obraz 1" descr="Obraz zawierający tekst, zrzut ekranu, numer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86588" name="Obraz 1" descr="Obraz zawierający tekst, zrzut ekranu, numer, Równolegle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6366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EA230" w14:textId="177863DA" w:rsidR="005813F4" w:rsidRDefault="005813F4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 w:rsidRPr="005813F4">
        <w:rPr>
          <w:rFonts w:ascii="Times New Roman" w:hAnsi="Times New Roman" w:cs="Times New Roman"/>
          <w:sz w:val="32"/>
          <w:szCs w:val="32"/>
          <w:lang w:val="pl-PL"/>
        </w:rPr>
        <w:lastRenderedPageBreak/>
        <w:drawing>
          <wp:inline distT="0" distB="0" distL="0" distR="0" wp14:anchorId="009B61D0" wp14:editId="5EB96DE7">
            <wp:extent cx="8963660" cy="5448300"/>
            <wp:effectExtent l="0" t="0" r="8890" b="0"/>
            <wp:docPr id="910110531" name="Obraz 1" descr="Obraz zawierający tekst, zrzut ekranu, numer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10531" name="Obraz 1" descr="Obraz zawierający tekst, zrzut ekranu, numer, Równolegle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6366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37D4" w14:textId="79BC791B" w:rsidR="005813F4" w:rsidRDefault="007E5FE1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 w:rsidRPr="007E5FE1">
        <w:rPr>
          <w:rFonts w:ascii="Times New Roman" w:hAnsi="Times New Roman" w:cs="Times New Roman"/>
          <w:sz w:val="32"/>
          <w:szCs w:val="32"/>
          <w:lang w:val="pl-PL"/>
        </w:rPr>
        <w:lastRenderedPageBreak/>
        <w:drawing>
          <wp:inline distT="0" distB="0" distL="0" distR="0" wp14:anchorId="4E7EF000" wp14:editId="4318AA0D">
            <wp:extent cx="8813800" cy="5486400"/>
            <wp:effectExtent l="0" t="0" r="6350" b="0"/>
            <wp:docPr id="464536038" name="Obraz 1" descr="Obraz zawierający tekst, numer, zrzut ekranu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36038" name="Obraz 1" descr="Obraz zawierający tekst, numer, zrzut ekranu, Równolegle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1E20" w14:textId="383E5904" w:rsidR="007E5FE1" w:rsidRDefault="007E5FE1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 w:rsidRPr="007E5FE1">
        <w:rPr>
          <w:rFonts w:ascii="Times New Roman" w:hAnsi="Times New Roman" w:cs="Times New Roman"/>
          <w:sz w:val="32"/>
          <w:szCs w:val="32"/>
          <w:lang w:val="pl-PL"/>
        </w:rPr>
        <w:lastRenderedPageBreak/>
        <w:drawing>
          <wp:inline distT="0" distB="0" distL="0" distR="0" wp14:anchorId="4AE9C838" wp14:editId="38F0C4DF">
            <wp:extent cx="8755380" cy="5486400"/>
            <wp:effectExtent l="0" t="0" r="7620" b="0"/>
            <wp:docPr id="162974056" name="Obraz 1" descr="Obraz zawierający tekst, Równolegle, numer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4056" name="Obraz 1" descr="Obraz zawierający tekst, Równolegle, numer, zrzut ekranu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538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2990" w14:textId="67E42296" w:rsidR="007E5FE1" w:rsidRPr="00BB5873" w:rsidRDefault="007E5FE1" w:rsidP="00BB5873">
      <w:pPr>
        <w:jc w:val="center"/>
        <w:rPr>
          <w:rFonts w:ascii="Times New Roman" w:hAnsi="Times New Roman" w:cs="Times New Roman"/>
          <w:sz w:val="32"/>
          <w:szCs w:val="32"/>
          <w:lang w:val="pl-PL"/>
        </w:rPr>
      </w:pPr>
      <w:r w:rsidRPr="007E5FE1">
        <w:rPr>
          <w:rFonts w:ascii="Times New Roman" w:hAnsi="Times New Roman" w:cs="Times New Roman"/>
          <w:sz w:val="32"/>
          <w:szCs w:val="32"/>
          <w:lang w:val="pl-PL"/>
        </w:rPr>
        <w:lastRenderedPageBreak/>
        <w:drawing>
          <wp:inline distT="0" distB="0" distL="0" distR="0" wp14:anchorId="360FBC7E" wp14:editId="5FA2E2E8">
            <wp:extent cx="8963660" cy="1656080"/>
            <wp:effectExtent l="0" t="0" r="8890" b="1270"/>
            <wp:docPr id="1345065476" name="Obraz 1" descr="Obraz zawierający tekst, zrzut ekranu, Czcionka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65476" name="Obraz 1" descr="Obraz zawierający tekst, zrzut ekranu, Czcionka, linia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6366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FE1" w:rsidRPr="00BB5873" w:rsidSect="00497104">
      <w:headerReference w:type="default" r:id="rId14"/>
      <w:footerReference w:type="default" r:id="rId15"/>
      <w:type w:val="continuous"/>
      <w:pgSz w:w="15840" w:h="12240" w:orient="landscape"/>
      <w:pgMar w:top="1800" w:right="1440" w:bottom="1800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395DF" w14:textId="77777777" w:rsidR="00A1509E" w:rsidRDefault="00A1509E" w:rsidP="009B61F1">
      <w:pPr>
        <w:spacing w:after="0" w:line="240" w:lineRule="auto"/>
      </w:pPr>
      <w:r>
        <w:separator/>
      </w:r>
    </w:p>
  </w:endnote>
  <w:endnote w:type="continuationSeparator" w:id="0">
    <w:p w14:paraId="264D46B3" w14:textId="77777777" w:rsidR="00A1509E" w:rsidRDefault="00A1509E" w:rsidP="009B6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A71CE" w14:textId="77777777" w:rsidR="005813F4" w:rsidRDefault="005813F4">
    <w:pPr>
      <w:pStyle w:val="Stopka"/>
    </w:pPr>
  </w:p>
  <w:p w14:paraId="200D74BC" w14:textId="77777777" w:rsidR="005813F4" w:rsidRDefault="005813F4">
    <w:pPr>
      <w:pStyle w:val="Stopka"/>
    </w:pPr>
  </w:p>
  <w:p w14:paraId="283BA7A9" w14:textId="77777777" w:rsidR="005813F4" w:rsidRDefault="005813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78D37" w14:textId="77777777" w:rsidR="00A1509E" w:rsidRDefault="00A1509E" w:rsidP="009B61F1">
      <w:pPr>
        <w:spacing w:after="0" w:line="240" w:lineRule="auto"/>
      </w:pPr>
      <w:r>
        <w:separator/>
      </w:r>
    </w:p>
  </w:footnote>
  <w:footnote w:type="continuationSeparator" w:id="0">
    <w:p w14:paraId="383554FA" w14:textId="77777777" w:rsidR="00A1509E" w:rsidRDefault="00A1509E" w:rsidP="009B6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ED3D3" w14:textId="77777777" w:rsidR="009B61F1" w:rsidRDefault="009B61F1" w:rsidP="009B61F1">
    <w:pPr>
      <w:pStyle w:val="Nagwek"/>
      <w:jc w:val="center"/>
    </w:pPr>
    <w:r>
      <w:rPr>
        <w:noProof/>
      </w:rPr>
      <w:drawing>
        <wp:inline distT="0" distB="0" distL="0" distR="0" wp14:anchorId="1240FEFA" wp14:editId="50E8AF4D">
          <wp:extent cx="4693920" cy="647700"/>
          <wp:effectExtent l="0" t="0" r="0" b="0"/>
          <wp:docPr id="1732901656" name="Obraz1" descr="Obraz zawierający tekst, Czcionka, biały, czarne i białe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 descr="Obraz zawierający tekst, Czcionka, biały, czarne i białe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" t="-35" r="-5" b="-35"/>
                  <a:stretch>
                    <a:fillRect/>
                  </a:stretch>
                </pic:blipFill>
                <pic:spPr bwMode="auto">
                  <a:xfrm>
                    <a:off x="0" y="0"/>
                    <a:ext cx="469392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B7E762" w14:textId="77777777" w:rsidR="009B61F1" w:rsidRDefault="009B61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509461">
    <w:abstractNumId w:val="8"/>
  </w:num>
  <w:num w:numId="2" w16cid:durableId="2145349633">
    <w:abstractNumId w:val="6"/>
  </w:num>
  <w:num w:numId="3" w16cid:durableId="631250929">
    <w:abstractNumId w:val="5"/>
  </w:num>
  <w:num w:numId="4" w16cid:durableId="741949398">
    <w:abstractNumId w:val="4"/>
  </w:num>
  <w:num w:numId="5" w16cid:durableId="1337802377">
    <w:abstractNumId w:val="7"/>
  </w:num>
  <w:num w:numId="6" w16cid:durableId="1430276425">
    <w:abstractNumId w:val="3"/>
  </w:num>
  <w:num w:numId="7" w16cid:durableId="332103641">
    <w:abstractNumId w:val="2"/>
  </w:num>
  <w:num w:numId="8" w16cid:durableId="256447532">
    <w:abstractNumId w:val="1"/>
  </w:num>
  <w:num w:numId="9" w16cid:durableId="711998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7270"/>
    <w:rsid w:val="00054E05"/>
    <w:rsid w:val="0006063C"/>
    <w:rsid w:val="0007192D"/>
    <w:rsid w:val="0015074B"/>
    <w:rsid w:val="00184CA2"/>
    <w:rsid w:val="001C7FCE"/>
    <w:rsid w:val="001D51AE"/>
    <w:rsid w:val="001E245E"/>
    <w:rsid w:val="0020251E"/>
    <w:rsid w:val="002159D0"/>
    <w:rsid w:val="0029639D"/>
    <w:rsid w:val="00326F90"/>
    <w:rsid w:val="00326FF3"/>
    <w:rsid w:val="00394845"/>
    <w:rsid w:val="003B22CD"/>
    <w:rsid w:val="00436C8C"/>
    <w:rsid w:val="0047255C"/>
    <w:rsid w:val="00497104"/>
    <w:rsid w:val="005813F4"/>
    <w:rsid w:val="007E5FE1"/>
    <w:rsid w:val="008417B0"/>
    <w:rsid w:val="008673C8"/>
    <w:rsid w:val="0096531F"/>
    <w:rsid w:val="009B61F1"/>
    <w:rsid w:val="009D705C"/>
    <w:rsid w:val="00A1509E"/>
    <w:rsid w:val="00AA1D8D"/>
    <w:rsid w:val="00AC009E"/>
    <w:rsid w:val="00AD2102"/>
    <w:rsid w:val="00B47730"/>
    <w:rsid w:val="00BB5873"/>
    <w:rsid w:val="00CB0664"/>
    <w:rsid w:val="00CD6F71"/>
    <w:rsid w:val="00D227C4"/>
    <w:rsid w:val="00E70F50"/>
    <w:rsid w:val="00FA387A"/>
    <w:rsid w:val="00FB2E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112F47"/>
  <w14:defaultImageDpi w14:val="300"/>
  <w15:docId w15:val="{830C4852-699D-4DDE-9F33-5EF6F710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 Sz</cp:lastModifiedBy>
  <cp:revision>2</cp:revision>
  <cp:lastPrinted>2025-08-06T07:52:00Z</cp:lastPrinted>
  <dcterms:created xsi:type="dcterms:W3CDTF">2025-11-12T11:07:00Z</dcterms:created>
  <dcterms:modified xsi:type="dcterms:W3CDTF">2025-11-12T11:07:00Z</dcterms:modified>
  <cp:category/>
</cp:coreProperties>
</file>